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1724" w:rsidRDefault="00371724">
      <w:pPr>
        <w:pStyle w:val="Kop1"/>
      </w:pPr>
      <w:proofErr w:type="spellStart"/>
      <w:r>
        <w:t>Privacyverklaring</w:t>
      </w:r>
      <w:proofErr w:type="spellEnd"/>
      <w:r>
        <w:t xml:space="preserve"> </w:t>
      </w:r>
      <w:proofErr w:type="spellStart"/>
      <w:r>
        <w:t>MijnCSectionBuddy</w:t>
      </w:r>
      <w:proofErr w:type="spellEnd"/>
    </w:p>
    <w:p w:rsidR="00360472" w:rsidRDefault="00000000">
      <w:proofErr w:type="spellStart"/>
      <w:r>
        <w:t>Laatst</w:t>
      </w:r>
      <w:proofErr w:type="spellEnd"/>
      <w:r>
        <w:t xml:space="preserve"> </w:t>
      </w:r>
      <w:proofErr w:type="spellStart"/>
      <w:r>
        <w:t>bijgewerkt</w:t>
      </w:r>
      <w:proofErr w:type="spellEnd"/>
      <w:r>
        <w:t xml:space="preserve">: </w:t>
      </w:r>
      <w:r w:rsidR="00C8274A">
        <w:t>30-07-2026</w:t>
      </w:r>
    </w:p>
    <w:p w:rsidR="00360472" w:rsidRDefault="00000000">
      <w:r>
        <w:t xml:space="preserve">Bij </w:t>
      </w:r>
      <w:proofErr w:type="spellStart"/>
      <w:r>
        <w:t>MijnCSectionBuddy</w:t>
      </w:r>
      <w:proofErr w:type="spellEnd"/>
      <w:r>
        <w:t xml:space="preserve"> </w:t>
      </w:r>
      <w:proofErr w:type="spellStart"/>
      <w:r>
        <w:t>wordt</w:t>
      </w:r>
      <w:proofErr w:type="spellEnd"/>
      <w:r>
        <w:t xml:space="preserve"> </w:t>
      </w:r>
      <w:proofErr w:type="spellStart"/>
      <w:r>
        <w:t>zorgvuldig</w:t>
      </w:r>
      <w:proofErr w:type="spellEnd"/>
      <w:r>
        <w:t xml:space="preserve"> omgegaan met jouw persoonsgegevens. Persoonsgegevens worden uitsluitend verwerkt wanneer dit noodzakelijk is voor het leveren van diensten, het uitvoeren van behandelingen of het verwerken van bestellingen. MijnCSectionBuddy handelt conform de Algemene Verordening Gegevensbescherming (AVG).</w:t>
      </w:r>
    </w:p>
    <w:p w:rsidR="00360472" w:rsidRDefault="00000000">
      <w:pPr>
        <w:pStyle w:val="Kop2"/>
      </w:pPr>
      <w:r>
        <w:t>1. Verantwoordelijke</w:t>
      </w:r>
    </w:p>
    <w:p w:rsidR="00360472" w:rsidRDefault="00000000">
      <w:r>
        <w:t>MijnCSectionBuddy</w:t>
      </w:r>
      <w:r>
        <w:br/>
        <w:t xml:space="preserve">KvK: </w:t>
      </w:r>
      <w:r w:rsidR="00C8274A" w:rsidRPr="00C8274A">
        <w:t>83119663</w:t>
      </w:r>
      <w:r>
        <w:br/>
        <w:t>E-</w:t>
      </w:r>
      <w:proofErr w:type="spellStart"/>
      <w:r>
        <w:t>mailadres</w:t>
      </w:r>
      <w:proofErr w:type="spellEnd"/>
      <w:r>
        <w:t>:</w:t>
      </w:r>
      <w:r w:rsidR="00C8274A">
        <w:t xml:space="preserve"> </w:t>
      </w:r>
      <w:hyperlink r:id="rId6" w:history="1">
        <w:r w:rsidR="00C8274A" w:rsidRPr="005238CC">
          <w:rPr>
            <w:rStyle w:val="Hyperlink"/>
          </w:rPr>
          <w:t>mijncsectionbuddy@gmail.com</w:t>
        </w:r>
      </w:hyperlink>
      <w:r w:rsidR="00C8274A">
        <w:br/>
        <w:t xml:space="preserve">Website: </w:t>
      </w:r>
      <w:r w:rsidR="00C8274A" w:rsidRPr="00C8274A">
        <w:t>mijnc-sectionbuddy.plugandpay.com/keizersnede-litteken-behandeling</w:t>
      </w:r>
    </w:p>
    <w:p w:rsidR="00360472" w:rsidRDefault="00000000">
      <w:pPr>
        <w:pStyle w:val="Kop2"/>
      </w:pPr>
      <w:r>
        <w:t>2. Welke persoonsgegevens worden verwerkt?</w:t>
      </w:r>
    </w:p>
    <w:p w:rsidR="00360472" w:rsidRDefault="00000000">
      <w:r>
        <w:t>• Voor- en achternaam</w:t>
      </w:r>
      <w:r>
        <w:br/>
        <w:t>• Adresgegevens</w:t>
      </w:r>
      <w:r>
        <w:br/>
        <w:t>• Telefoonnummer</w:t>
      </w:r>
      <w:r>
        <w:br/>
        <w:t>• E-mailadres</w:t>
      </w:r>
      <w:r>
        <w:br/>
        <w:t>• Factuurgegevens</w:t>
      </w:r>
      <w:r>
        <w:br/>
        <w:t>• Betaalgegevens (via betaalprovider)</w:t>
      </w:r>
      <w:r>
        <w:br/>
        <w:t>• Gegevens uit intakeformulieren of contactmomenten</w:t>
      </w:r>
      <w:r>
        <w:br/>
        <w:t>• Informatie over jouw hulpvraag en herstel, voor zover noodzakelijk.</w:t>
      </w:r>
    </w:p>
    <w:p w:rsidR="00360472" w:rsidRDefault="00000000">
      <w:pPr>
        <w:pStyle w:val="Kop2"/>
      </w:pPr>
      <w:r>
        <w:t>3. Doeleinden</w:t>
      </w:r>
    </w:p>
    <w:p w:rsidR="00360472" w:rsidRDefault="00000000">
      <w:r>
        <w:t>Persoonsgegevens worden verwerkt voor behandelingen, bestellingen, verzendingen, facturatie, afspraakherinneringen, klantenservice, wettelijke verplichtingen en verbetering van de dienstverlening.</w:t>
      </w:r>
    </w:p>
    <w:p w:rsidR="00360472" w:rsidRDefault="00000000">
      <w:pPr>
        <w:pStyle w:val="Kop2"/>
      </w:pPr>
      <w:r>
        <w:t>4. Bewaartermijnen</w:t>
      </w:r>
    </w:p>
    <w:p w:rsidR="00360472" w:rsidRDefault="00000000">
      <w:r>
        <w:t>Persoonsgegevens worden niet langer bewaard dan noodzakelijk. Administratieve gegevens worden bewaard conform de fiscale bewaarplicht.</w:t>
      </w:r>
    </w:p>
    <w:p w:rsidR="00360472" w:rsidRDefault="00000000">
      <w:pPr>
        <w:pStyle w:val="Kop2"/>
      </w:pPr>
      <w:r>
        <w:t>5. Delen van persoonsgegevens</w:t>
      </w:r>
    </w:p>
    <w:p w:rsidR="00360472" w:rsidRDefault="00000000">
      <w:r>
        <w:t>Persoonsgegevens worden niet verkocht aan derden. Gegevens worden uitsluitend gedeeld wanneer dit noodzakelijk is voor betalingen, verzendingen, hosting, boekhouding of een wettelijke verplichting.</w:t>
      </w:r>
    </w:p>
    <w:p w:rsidR="00360472" w:rsidRDefault="00000000">
      <w:pPr>
        <w:pStyle w:val="Kop2"/>
      </w:pPr>
      <w:r>
        <w:t>6. Cookies</w:t>
      </w:r>
    </w:p>
    <w:p w:rsidR="00360472" w:rsidRDefault="00000000">
      <w:r>
        <w:t>De website maakt gebruik van functionele cookies. Indien analytische of marketingcookies worden gebruikt, wordt hiervoor vooraf toestemming gevraagd.</w:t>
      </w:r>
    </w:p>
    <w:p w:rsidR="00360472" w:rsidRDefault="00000000">
      <w:pPr>
        <w:pStyle w:val="Kop2"/>
      </w:pPr>
      <w:r>
        <w:lastRenderedPageBreak/>
        <w:t>7. Jouw rechten</w:t>
      </w:r>
    </w:p>
    <w:p w:rsidR="00360472" w:rsidRDefault="00000000">
      <w:r>
        <w:t xml:space="preserve">Je hebt recht op inzage, correctie, verwijdering, beperking van verwerking, overdraagbaarheid van gegevens en bezwaar. Verzoeken </w:t>
      </w:r>
      <w:proofErr w:type="spellStart"/>
      <w:r>
        <w:t>kunnen</w:t>
      </w:r>
      <w:proofErr w:type="spellEnd"/>
      <w:r>
        <w:t xml:space="preserve"> </w:t>
      </w:r>
      <w:proofErr w:type="spellStart"/>
      <w:r>
        <w:t>worden</w:t>
      </w:r>
      <w:proofErr w:type="spellEnd"/>
      <w:r>
        <w:t xml:space="preserve"> </w:t>
      </w:r>
      <w:proofErr w:type="spellStart"/>
      <w:r>
        <w:t>gestuurd</w:t>
      </w:r>
      <w:proofErr w:type="spellEnd"/>
      <w:r>
        <w:t xml:space="preserve"> </w:t>
      </w:r>
      <w:proofErr w:type="spellStart"/>
      <w:r>
        <w:t>naar</w:t>
      </w:r>
      <w:proofErr w:type="spellEnd"/>
      <w:r w:rsidR="00C8274A">
        <w:t xml:space="preserve"> mijncsectionbuddy@gmail.com</w:t>
      </w:r>
      <w:r>
        <w:t>.</w:t>
      </w:r>
    </w:p>
    <w:p w:rsidR="00360472" w:rsidRDefault="00000000">
      <w:pPr>
        <w:pStyle w:val="Kop2"/>
      </w:pPr>
      <w:r>
        <w:t>8. Beveiliging</w:t>
      </w:r>
    </w:p>
    <w:p w:rsidR="00360472" w:rsidRDefault="00000000">
      <w:r>
        <w:t>MijnCSectionBuddy neemt passende technische en organisatorische maatregelen om jouw persoonsgegevens te beschermen.</w:t>
      </w:r>
    </w:p>
    <w:p w:rsidR="00360472" w:rsidRDefault="00000000">
      <w:pPr>
        <w:pStyle w:val="Kop2"/>
      </w:pPr>
      <w:r>
        <w:t>9. Contact</w:t>
      </w:r>
    </w:p>
    <w:p w:rsidR="00360472" w:rsidRDefault="00000000">
      <w:r>
        <w:t>MijnCSectionBuddy</w:t>
      </w:r>
      <w:r>
        <w:br/>
        <w:t xml:space="preserve">E-mail: </w:t>
      </w:r>
      <w:r w:rsidR="00C8274A">
        <w:t>mijncsectionbuddy@gmail.com</w:t>
      </w:r>
      <w:r>
        <w:br/>
        <w:t xml:space="preserve">Website: </w:t>
      </w:r>
      <w:r w:rsidR="00C8274A" w:rsidRPr="00C8274A">
        <w:t>https://mijnc-sectionbuddy.plugandpay.com/keizersnede-litteken-behandeling</w:t>
      </w:r>
    </w:p>
    <w:p w:rsidR="00360472" w:rsidRDefault="00000000">
      <w:pPr>
        <w:pStyle w:val="Kop2"/>
      </w:pPr>
      <w:r>
        <w:t>10. Wijzigingen</w:t>
      </w:r>
    </w:p>
    <w:p w:rsidR="00360472" w:rsidRDefault="00000000">
      <w:r>
        <w:t>Deze privacyverklaring kan worden gewijzigd. De meest actuele versie is altijd beschikbaar op de website.</w:t>
      </w:r>
    </w:p>
    <w:sectPr w:rsidR="0036047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2085108418">
    <w:abstractNumId w:val="8"/>
  </w:num>
  <w:num w:numId="2" w16cid:durableId="1735738513">
    <w:abstractNumId w:val="6"/>
  </w:num>
  <w:num w:numId="3" w16cid:durableId="997462183">
    <w:abstractNumId w:val="5"/>
  </w:num>
  <w:num w:numId="4" w16cid:durableId="912811411">
    <w:abstractNumId w:val="4"/>
  </w:num>
  <w:num w:numId="5" w16cid:durableId="704133157">
    <w:abstractNumId w:val="7"/>
  </w:num>
  <w:num w:numId="6" w16cid:durableId="432632657">
    <w:abstractNumId w:val="3"/>
  </w:num>
  <w:num w:numId="7" w16cid:durableId="591545557">
    <w:abstractNumId w:val="2"/>
  </w:num>
  <w:num w:numId="8" w16cid:durableId="445780936">
    <w:abstractNumId w:val="1"/>
  </w:num>
  <w:num w:numId="9" w16cid:durableId="61413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60472"/>
    <w:rsid w:val="00371724"/>
    <w:rsid w:val="00AA1D8D"/>
    <w:rsid w:val="00B47730"/>
    <w:rsid w:val="00C8274A"/>
    <w:rsid w:val="00CB0664"/>
    <w:rsid w:val="00CD5CC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DB219E"/>
  <w14:defaultImageDpi w14:val="300"/>
  <w15:docId w15:val="{A1308DB3-7158-0B44-9DA3-AF6C3BE10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C8274A"/>
    <w:rPr>
      <w:color w:val="0000FF" w:themeColor="hyperlink"/>
      <w:u w:val="single"/>
    </w:rPr>
  </w:style>
  <w:style w:type="character" w:styleId="Onopgelostemelding">
    <w:name w:val="Unresolved Mention"/>
    <w:basedOn w:val="Standaardalinea-lettertype"/>
    <w:uiPriority w:val="99"/>
    <w:semiHidden/>
    <w:unhideWhenUsed/>
    <w:rsid w:val="00C827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jncsectionbuddy@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348</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Queenie N</cp:lastModifiedBy>
  <cp:revision>3</cp:revision>
  <dcterms:created xsi:type="dcterms:W3CDTF">2013-12-23T23:15:00Z</dcterms:created>
  <dcterms:modified xsi:type="dcterms:W3CDTF">2026-07-30T13:45:00Z</dcterms:modified>
  <cp:category/>
</cp:coreProperties>
</file>